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קונים את הקונים? סודות הסופר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טכניקות שיווק נפוצות בסופרמרקט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קנייה מושכלים ומודעים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מבצעים כדאיים לעומת מבצעים מטעים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טכניקות שיווק בסופר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לקנות רק מה שצריך ולא להתפתות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נוטים לקנות יותר אוכל מהצורך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מיקום המוצר משפיע על מה שרואים ובוחרים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הרשימה ממקדת בצרכים האמיתיים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שעוזר לקנות רק את הנחוץ)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(מיקום מדף שמושך 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(קנייה פתאומית בלי 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(עוזר להשוות בין מוצרים שונים בגודל)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קנייה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יש כבר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לאכול לפני היציאה לסופר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מחירים ליחידה בין מוצרים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שכדאי לבדוק אם המוצר ייאכל בפועל, אם יש בו צורך אמיתי, ואם המחיר הכולל אכן חוסך כסף למשפחה.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הכנת רשימה מראש ואי יציאה ברעב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גובה העיניים או פיתוי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מחיר ליחידה והצורך האמיתי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קניות אחרונות שהתלמידים עשו עם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דוגמאות אמיתיות ממבצעים לדיון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התנסות אישית עם מבצע שבסוף לא היה כדאי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קונים את הקונים? סודות הסופר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תלמידים ותלמידות ילמדו איך סופרמרקטים משפיעים על ההחלטות שלנו בקנייה, ואיך אפשר לקנות בצורה חכמה וחסכונית.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רשימה  ·  רעבים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טכניקות שיווק בסופר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כדאי לכתוב רשימת קניות לפני שיוצאים לסופר?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לקנות רק מה שצריך ולא להתפתות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לבלות יותר זמן בסופר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לקנות יותר ממה שצריך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מומלץ לא ללכת לסופר כשרעבים?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קשה למצוא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נוטים לקנות יותר אוכל מהצורך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המחירים עולים בשעות הערב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מוצרים יקרים יותר נוטים להיות ממוקמים בגובה העיניים של הקונים.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קנייה לפי רשימה מראש עוזרת להימנע מקניות מיותרות.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שיוצאים לקניות כדאי להכין __________ כדי לקנות רק מה שצריך.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כשאנחנו __________ בסופר, אנחנו נוטים לקנות יותר אוכל ממה שתכננו.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רשימת קניות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 להשוות בין מוצרים שונים בגודל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גובה העיניים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שעוזר לקנות רק את הנחוץ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קנייה אימפולסיבית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מיקום מדף שמושך 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קנייה פתאומית בלי תכנון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לאכול לפני היציאה לסופר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מה יש כבר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מחירים ליחידה בין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קניות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דילמה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קיים מבצע של שלוש אריזות במחיר שתיים על חטיף שאתם לא אוהבים במיוחד, אבל אח או אחות אוהבים אותו. האם זו קנייה חכמה? נמקו את דעתכם והתייחסו לתקציב המשפחתי.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לפני שיוצאים לקניות?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לטכניקת שיווק בסופר.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קונים את הקונים? סודות הסופר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