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קנייה מושכלים ומודעים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מבצעים כדאיים לעומת מבצעים מטעים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 שיווק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לקנות רק מה שצריך ולא להתפתות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נוטים לקנות יותר אוכל מהצורך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לגרום לקונים לשים לב אליהם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המוצר באמת נחוץ ונצרך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מיקום המוצר משפיע על מה שרואים ובוחרים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ממקדת בצרכים האמיתיים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המבצע מעודד לקנות דברים מיותרים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ממוקמים בכוונה כדי לפתות לקנייה של רגע 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(כלי שעוזר לקנות רק את הנחוץ)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(מיקום מדף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(קנייה פתאומית בלי 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(עוזר להשוות בין מוצרים שונים בגודל)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(מוצרים קטנים שמפתים ברגע התשלום)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יש כבר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לאכול לפני היציאה לסופר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מחירים ליחידה בין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לשלם רק עבור מה שברשימה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שכדאי לבדוק אם המוצר ייאכל בפועל, אם יש בו צורך אמיתי, ואם המחיר הכולל אכן חוסך כסף למשפחה.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עצות כמו הכנת רשימה, אי יציאה לקניות ברעב, השוואת מחיר ליחידה, ומודעות למיקום המוצרים במדפים.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רשימה מראש ואי יציאה ברעב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גובה העיניים או פיתוי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מחיר ליחידה והצורך האמיתי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קניות אחרונות שהתלמידים עשו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ממבצעים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התנסות אישית עם מבצע שבסוף לא היה כדאי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תלמידים ותלמידות ילמדו איך סופרמרקטים משפיעים על ההחלטות שלנו בקנייה, ואיך אפשר לקנות בצורה חכמה וחסכונית.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טכניקות שיווק בסופר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כדאי לכתוב רשימת קניות לפני שיוצאים לסופר?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לקנות רק מה שצריך ולא להתפתות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לבלות יותר זמן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לקנות יותר ממה 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לדבר עם הקופאית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מומלץ לא ללכת לסופר כשרעבים?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למצוא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נוטים לקנות יותר אוכל מהצורך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המחירים עולים בשעות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הסופר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הצבת מוצרים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להקל על ניקיון המדפים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לקונים לשים לב אליהם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מקום באחסון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למנוע גניבות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מבצע שלוש יחידות במחיר שתיים כדאי בעיקר כאשר: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באמת נחוץ ונצרך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 לא אהוב ולא בשימוש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מעט מקום באחסון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המקורי גבוה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יקרים יותר נוטים להיות ממוקמים בגובה העיניים של הקונים.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לפי רשימה מראש עוזרת להימנע מקניות מיותרות.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מבצע בסופר הוא תמיד חיסכון כספי אמיתי.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קטנים ליד הקופה מוצבים שם במקרה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שיוצאים לקניות כדאי להכין __________ כדי לקנות רק מה שצריך.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__________ בסופר, אנחנו נוטים לקנות יותר אוכל ממה שתכננו.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מוצרים שמונחים ב__________ העיניים נבחרים לעיתים קרובות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השוואת ה__________ ליחידה עוזרת לדעת איזה מוצר באמת זול יותר.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רשימת קניות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מיקום מדף שמושך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קנייה פתאומית בלי 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להשוות בין מוצרים שונים בגודל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מוצרים קטנים שמפתים ברגע התשלום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פיתוי בקופה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שעוזר לקנות רק את הנחוץ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ליחידה בין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לאכול לפני היציאה לסופר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יש כבר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רק עבור מה שברשימה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קיים מבצע של שלוש אריזות במחיר שתיים על חטיף שאתם לא אוהבים במיוחד, אבל אח או אחות אוהבים אותו. האם זו קנייה חכמה? נמקו את דעתכם והתייחסו לתקציב המשפחתי.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עצות שהייתם נותנים לחבר שרוצה לקנות בחוכמה בסופר, בלי להתפתות למבצעים מיותרים.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שיוצאים לקניות?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לטכניקת שיווק בסופר.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לבדוק אם מבצע באמת כדאי?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קונים את הקונים? סודות הסופר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